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87D" w:rsidRPr="00A04688" w:rsidRDefault="002B7403" w:rsidP="00A04688">
      <w:pPr>
        <w:pStyle w:val="Nagwek1"/>
        <w:spacing w:before="0" w:after="240" w:line="360" w:lineRule="auto"/>
        <w:rPr>
          <w:rFonts w:ascii="Arial" w:hAnsi="Arial" w:cs="Arial"/>
          <w:color w:val="auto"/>
          <w:sz w:val="24"/>
          <w:szCs w:val="24"/>
          <w:lang w:val="pl-PL"/>
        </w:rPr>
      </w:pPr>
      <w:proofErr w:type="spellStart"/>
      <w:proofErr w:type="gramStart"/>
      <w:r w:rsidRPr="00A04688">
        <w:rPr>
          <w:rFonts w:ascii="Arial" w:hAnsi="Arial" w:cs="Arial"/>
          <w:color w:val="auto"/>
          <w:sz w:val="24"/>
          <w:szCs w:val="24"/>
        </w:rPr>
        <w:t>ANKIETA</w:t>
      </w:r>
      <w:proofErr w:type="spellEnd"/>
      <w:r w:rsidRPr="00A04688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52917" w:rsidRPr="00A04688">
        <w:rPr>
          <w:rFonts w:ascii="Arial" w:hAnsi="Arial" w:cs="Arial"/>
          <w:color w:val="auto"/>
          <w:sz w:val="24"/>
          <w:szCs w:val="24"/>
        </w:rPr>
        <w:t>dla</w:t>
      </w:r>
      <w:proofErr w:type="spellEnd"/>
      <w:r w:rsidR="00C52917" w:rsidRPr="00A04688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52917" w:rsidRPr="00A04688">
        <w:rPr>
          <w:rFonts w:ascii="Arial" w:hAnsi="Arial" w:cs="Arial"/>
          <w:color w:val="auto"/>
          <w:sz w:val="24"/>
          <w:szCs w:val="24"/>
        </w:rPr>
        <w:t>uczestników</w:t>
      </w:r>
      <w:proofErr w:type="spellEnd"/>
      <w:r w:rsidR="00C52917" w:rsidRPr="00A04688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C52917" w:rsidRPr="00A04688">
        <w:rPr>
          <w:rFonts w:ascii="Arial" w:hAnsi="Arial" w:cs="Arial"/>
          <w:color w:val="auto"/>
          <w:sz w:val="24"/>
          <w:szCs w:val="24"/>
        </w:rPr>
        <w:t>projektu</w:t>
      </w:r>
      <w:proofErr w:type="spellEnd"/>
      <w:r w:rsidR="00BF36AF" w:rsidRPr="00A04688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BF36AF" w:rsidRPr="00A04688">
        <w:rPr>
          <w:rFonts w:ascii="Arial" w:hAnsi="Arial" w:cs="Arial"/>
          <w:color w:val="auto"/>
          <w:sz w:val="24"/>
          <w:szCs w:val="24"/>
        </w:rPr>
        <w:t>pn</w:t>
      </w:r>
      <w:proofErr w:type="spellEnd"/>
      <w:r w:rsidR="00BF36AF" w:rsidRPr="00A04688">
        <w:rPr>
          <w:rFonts w:ascii="Arial" w:hAnsi="Arial" w:cs="Arial"/>
          <w:color w:val="auto"/>
          <w:sz w:val="24"/>
          <w:szCs w:val="24"/>
        </w:rPr>
        <w:t>.</w:t>
      </w:r>
      <w:proofErr w:type="gramEnd"/>
      <w:r w:rsidR="00BF36AF" w:rsidRPr="00A04688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BF36AF" w:rsidRPr="00A04688">
        <w:rPr>
          <w:rFonts w:ascii="Arial" w:hAnsi="Arial" w:cs="Arial"/>
          <w:color w:val="auto"/>
          <w:sz w:val="24"/>
          <w:szCs w:val="24"/>
          <w:lang w:val="pl-PL"/>
        </w:rPr>
        <w:t>„</w:t>
      </w:r>
      <w:r w:rsidR="00267BEC" w:rsidRPr="00A04688">
        <w:rPr>
          <w:rFonts w:ascii="Arial" w:hAnsi="Arial" w:cs="Arial"/>
          <w:color w:val="auto"/>
          <w:sz w:val="24"/>
          <w:szCs w:val="24"/>
          <w:lang w:val="pl-PL"/>
        </w:rPr>
        <w:t>ON</w:t>
      </w:r>
      <w:proofErr w:type="spellEnd"/>
      <w:r w:rsidR="00267BEC" w:rsidRPr="00A04688">
        <w:rPr>
          <w:rFonts w:ascii="Arial" w:hAnsi="Arial" w:cs="Arial"/>
          <w:color w:val="auto"/>
          <w:sz w:val="24"/>
          <w:szCs w:val="24"/>
          <w:lang w:val="pl-PL"/>
        </w:rPr>
        <w:t>i włączeni</w:t>
      </w:r>
      <w:r w:rsidR="00BF36AF" w:rsidRPr="00A04688">
        <w:rPr>
          <w:rFonts w:ascii="Arial" w:hAnsi="Arial" w:cs="Arial"/>
          <w:color w:val="auto"/>
          <w:sz w:val="24"/>
          <w:szCs w:val="24"/>
          <w:lang w:val="pl-PL"/>
        </w:rPr>
        <w:t>”</w:t>
      </w:r>
      <w:r w:rsidR="005D2B33" w:rsidRPr="00A04688">
        <w:rPr>
          <w:rFonts w:ascii="Arial" w:hAnsi="Arial" w:cs="Arial"/>
          <w:color w:val="auto"/>
          <w:sz w:val="24"/>
          <w:szCs w:val="24"/>
          <w:lang w:val="pl-PL"/>
        </w:rPr>
        <w:t xml:space="preserve"> </w:t>
      </w:r>
      <w:r w:rsidR="00A04688" w:rsidRPr="00A04688">
        <w:rPr>
          <w:rFonts w:ascii="Arial" w:hAnsi="Arial" w:cs="Arial"/>
          <w:color w:val="auto"/>
          <w:sz w:val="24"/>
          <w:szCs w:val="24"/>
          <w:lang w:val="pl-PL"/>
        </w:rPr>
        <w:t>realizowanego przez Powiat Strze</w:t>
      </w:r>
      <w:r w:rsidR="00E22E58">
        <w:rPr>
          <w:rFonts w:ascii="Arial" w:hAnsi="Arial" w:cs="Arial"/>
          <w:color w:val="auto"/>
          <w:sz w:val="24"/>
          <w:szCs w:val="24"/>
          <w:lang w:val="pl-PL"/>
        </w:rPr>
        <w:t>lecki w ramach Funduszy Europejskich dla O</w:t>
      </w:r>
      <w:r w:rsidR="00A04688" w:rsidRPr="00A04688">
        <w:rPr>
          <w:rFonts w:ascii="Arial" w:hAnsi="Arial" w:cs="Arial"/>
          <w:color w:val="auto"/>
          <w:sz w:val="24"/>
          <w:szCs w:val="24"/>
          <w:lang w:val="pl-PL"/>
        </w:rPr>
        <w:t>polskiego 2021-2027</w:t>
      </w:r>
    </w:p>
    <w:p w:rsidR="0049623C" w:rsidRPr="00A04688" w:rsidRDefault="005429A2" w:rsidP="003678FB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t>Płeć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>:</w:t>
      </w:r>
      <w:r w:rsidRPr="00A04688">
        <w:rPr>
          <w:rFonts w:ascii="Arial" w:hAnsi="Arial" w:cs="Arial"/>
          <w:sz w:val="24"/>
          <w:szCs w:val="24"/>
        </w:rPr>
        <w:t xml:space="preserve">   </w:t>
      </w:r>
      <w:r w:rsidR="00A04688" w:rsidRPr="00A04688">
        <w:rPr>
          <w:rFonts w:ascii="Arial" w:hAnsi="Arial" w:cs="Arial"/>
          <w:sz w:val="24"/>
          <w:szCs w:val="24"/>
        </w:rPr>
        <w:t xml:space="preserve">  </w:t>
      </w:r>
      <w:r w:rsidRPr="00A04688">
        <w:rPr>
          <w:rFonts w:ascii="Arial" w:hAnsi="Arial" w:cs="Arial"/>
          <w:sz w:val="24"/>
          <w:szCs w:val="24"/>
        </w:rPr>
        <w:t xml:space="preserve"> </w:t>
      </w:r>
      <w:r w:rsidR="009E7AC8"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="00267BEC" w:rsidRPr="00A04688">
        <w:rPr>
          <w:rFonts w:ascii="Arial" w:hAnsi="Arial" w:cs="Arial"/>
          <w:sz w:val="24"/>
          <w:szCs w:val="24"/>
        </w:rPr>
        <w:instrText xml:space="preserve"> FORMCHECKBOX </w:instrText>
      </w:r>
      <w:r w:rsidR="009E7AC8">
        <w:rPr>
          <w:rFonts w:ascii="Arial" w:hAnsi="Arial" w:cs="Arial"/>
          <w:sz w:val="24"/>
          <w:szCs w:val="24"/>
        </w:rPr>
      </w:r>
      <w:r w:rsidR="009E7AC8">
        <w:rPr>
          <w:rFonts w:ascii="Arial" w:hAnsi="Arial" w:cs="Arial"/>
          <w:sz w:val="24"/>
          <w:szCs w:val="24"/>
        </w:rPr>
        <w:fldChar w:fldCharType="separate"/>
      </w:r>
      <w:r w:rsidR="009E7AC8" w:rsidRPr="00A04688">
        <w:rPr>
          <w:rFonts w:ascii="Arial" w:hAnsi="Arial" w:cs="Arial"/>
          <w:sz w:val="24"/>
          <w:szCs w:val="24"/>
        </w:rPr>
        <w:fldChar w:fldCharType="end"/>
      </w:r>
      <w:bookmarkEnd w:id="0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Kobieta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     </w:t>
      </w:r>
      <w:r w:rsidR="009E7AC8" w:rsidRPr="00A04688">
        <w:rPr>
          <w:rFonts w:ascii="Arial" w:hAnsi="Arial" w:cs="Arial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="00267BEC" w:rsidRPr="00A04688">
        <w:rPr>
          <w:rFonts w:ascii="Arial" w:hAnsi="Arial" w:cs="Arial"/>
          <w:sz w:val="24"/>
          <w:szCs w:val="24"/>
        </w:rPr>
        <w:instrText xml:space="preserve"> FORMCHECKBOX </w:instrText>
      </w:r>
      <w:r w:rsidR="009E7AC8">
        <w:rPr>
          <w:rFonts w:ascii="Arial" w:hAnsi="Arial" w:cs="Arial"/>
          <w:sz w:val="24"/>
          <w:szCs w:val="24"/>
        </w:rPr>
      </w:r>
      <w:r w:rsidR="009E7AC8">
        <w:rPr>
          <w:rFonts w:ascii="Arial" w:hAnsi="Arial" w:cs="Arial"/>
          <w:sz w:val="24"/>
          <w:szCs w:val="24"/>
        </w:rPr>
        <w:fldChar w:fldCharType="separate"/>
      </w:r>
      <w:r w:rsidR="009E7AC8" w:rsidRPr="00A04688">
        <w:rPr>
          <w:rFonts w:ascii="Arial" w:hAnsi="Arial" w:cs="Arial"/>
          <w:sz w:val="24"/>
          <w:szCs w:val="24"/>
        </w:rPr>
        <w:fldChar w:fldCharType="end"/>
      </w:r>
      <w:bookmarkEnd w:id="1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Mężczyzna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</w:p>
    <w:p w:rsidR="003678FB" w:rsidRPr="00A04688" w:rsidRDefault="003678FB" w:rsidP="00A04688">
      <w:pPr>
        <w:spacing w:before="240" w:line="360" w:lineRule="auto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t>Szkoła</w:t>
      </w:r>
      <w:proofErr w:type="spellEnd"/>
      <w:r w:rsidR="00AE6DFD" w:rsidRPr="00A04688">
        <w:rPr>
          <w:rFonts w:ascii="Arial" w:hAnsi="Arial" w:cs="Arial"/>
          <w:sz w:val="24"/>
          <w:szCs w:val="24"/>
        </w:rPr>
        <w:t>:</w:t>
      </w:r>
      <w:r w:rsidR="000C27D2" w:rsidRPr="00A04688">
        <w:rPr>
          <w:rFonts w:ascii="Arial" w:hAnsi="Arial" w:cs="Arial"/>
          <w:sz w:val="24"/>
          <w:szCs w:val="24"/>
        </w:rPr>
        <w:t xml:space="preserve">  </w:t>
      </w:r>
      <w:r w:rsidR="009E7AC8"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A04688">
        <w:rPr>
          <w:rFonts w:ascii="Arial" w:hAnsi="Arial" w:cs="Arial"/>
          <w:sz w:val="24"/>
          <w:szCs w:val="24"/>
        </w:rPr>
        <w:instrText xml:space="preserve"> FORMCHECKBOX </w:instrText>
      </w:r>
      <w:r w:rsidR="009E7AC8">
        <w:rPr>
          <w:rFonts w:ascii="Arial" w:hAnsi="Arial" w:cs="Arial"/>
          <w:sz w:val="24"/>
          <w:szCs w:val="24"/>
        </w:rPr>
      </w:r>
      <w:r w:rsidR="009E7AC8">
        <w:rPr>
          <w:rFonts w:ascii="Arial" w:hAnsi="Arial" w:cs="Arial"/>
          <w:sz w:val="24"/>
          <w:szCs w:val="24"/>
        </w:rPr>
        <w:fldChar w:fldCharType="separate"/>
      </w:r>
      <w:r w:rsidR="009E7AC8" w:rsidRPr="00A04688">
        <w:rPr>
          <w:rFonts w:ascii="Arial" w:hAnsi="Arial" w:cs="Arial"/>
          <w:sz w:val="24"/>
          <w:szCs w:val="24"/>
        </w:rPr>
        <w:fldChar w:fldCharType="end"/>
      </w:r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Technikum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CKZiU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    </w:t>
      </w:r>
      <w:r w:rsidR="009E7AC8" w:rsidRPr="00A04688">
        <w:rPr>
          <w:rFonts w:ascii="Arial" w:hAnsi="Arial" w:cs="Arial"/>
          <w:sz w:val="24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A04688">
        <w:rPr>
          <w:rFonts w:ascii="Arial" w:hAnsi="Arial" w:cs="Arial"/>
          <w:sz w:val="24"/>
          <w:szCs w:val="24"/>
        </w:rPr>
        <w:instrText xml:space="preserve"> FORMCHECKBOX </w:instrText>
      </w:r>
      <w:r w:rsidR="009E7AC8">
        <w:rPr>
          <w:rFonts w:ascii="Arial" w:hAnsi="Arial" w:cs="Arial"/>
          <w:sz w:val="24"/>
          <w:szCs w:val="24"/>
        </w:rPr>
      </w:r>
      <w:r w:rsidR="009E7AC8">
        <w:rPr>
          <w:rFonts w:ascii="Arial" w:hAnsi="Arial" w:cs="Arial"/>
          <w:sz w:val="24"/>
          <w:szCs w:val="24"/>
        </w:rPr>
        <w:fldChar w:fldCharType="separate"/>
      </w:r>
      <w:r w:rsidR="009E7AC8" w:rsidRPr="00A04688">
        <w:rPr>
          <w:rFonts w:ascii="Arial" w:hAnsi="Arial" w:cs="Arial"/>
          <w:sz w:val="24"/>
          <w:szCs w:val="24"/>
        </w:rPr>
        <w:fldChar w:fldCharType="end"/>
      </w:r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Branżowa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Szkoła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A04688">
        <w:rPr>
          <w:rFonts w:ascii="Arial" w:hAnsi="Arial" w:cs="Arial"/>
          <w:sz w:val="24"/>
          <w:szCs w:val="24"/>
        </w:rPr>
        <w:t>stopnia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CKZiU</w:t>
      </w:r>
      <w:proofErr w:type="spellEnd"/>
    </w:p>
    <w:p w:rsidR="000C27D2" w:rsidRPr="00A04688" w:rsidRDefault="0040487D" w:rsidP="0040487D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t xml:space="preserve">   </w:t>
      </w:r>
      <w:r w:rsidR="009E7AC8"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0C27D2" w:rsidRPr="00A04688">
        <w:rPr>
          <w:rFonts w:ascii="Arial" w:hAnsi="Arial" w:cs="Arial"/>
          <w:sz w:val="24"/>
          <w:szCs w:val="24"/>
        </w:rPr>
        <w:instrText xml:space="preserve"> FORMCHECKBOX </w:instrText>
      </w:r>
      <w:r w:rsidR="009E7AC8">
        <w:rPr>
          <w:rFonts w:ascii="Arial" w:hAnsi="Arial" w:cs="Arial"/>
          <w:sz w:val="24"/>
          <w:szCs w:val="24"/>
        </w:rPr>
      </w:r>
      <w:r w:rsidR="009E7AC8">
        <w:rPr>
          <w:rFonts w:ascii="Arial" w:hAnsi="Arial" w:cs="Arial"/>
          <w:sz w:val="24"/>
          <w:szCs w:val="24"/>
        </w:rPr>
        <w:fldChar w:fldCharType="separate"/>
      </w:r>
      <w:r w:rsidR="009E7AC8" w:rsidRPr="00A04688">
        <w:rPr>
          <w:rFonts w:ascii="Arial" w:hAnsi="Arial" w:cs="Arial"/>
          <w:sz w:val="24"/>
          <w:szCs w:val="24"/>
        </w:rPr>
        <w:fldChar w:fldCharType="end"/>
      </w:r>
      <w:r w:rsidR="000C27D2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27D2" w:rsidRPr="00A04688">
        <w:rPr>
          <w:rFonts w:ascii="Arial" w:hAnsi="Arial" w:cs="Arial"/>
          <w:sz w:val="24"/>
          <w:szCs w:val="24"/>
        </w:rPr>
        <w:t>Liceum</w:t>
      </w:r>
      <w:proofErr w:type="spellEnd"/>
      <w:r w:rsidR="000C27D2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C27D2" w:rsidRPr="00A04688">
        <w:rPr>
          <w:rFonts w:ascii="Arial" w:hAnsi="Arial" w:cs="Arial"/>
          <w:sz w:val="24"/>
          <w:szCs w:val="24"/>
        </w:rPr>
        <w:t>Ogól</w:t>
      </w:r>
      <w:r w:rsidR="000C3F7C" w:rsidRPr="00A04688">
        <w:rPr>
          <w:rFonts w:ascii="Arial" w:hAnsi="Arial" w:cs="Arial"/>
          <w:sz w:val="24"/>
          <w:szCs w:val="24"/>
        </w:rPr>
        <w:t>nokształcące</w:t>
      </w:r>
      <w:proofErr w:type="spellEnd"/>
    </w:p>
    <w:p w:rsidR="0040487D" w:rsidRPr="00A04688" w:rsidRDefault="0040487D" w:rsidP="00BF36A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A04688">
        <w:rPr>
          <w:rFonts w:ascii="Arial" w:hAnsi="Arial" w:cs="Arial"/>
          <w:b/>
          <w:sz w:val="24"/>
          <w:szCs w:val="24"/>
        </w:rPr>
        <w:t xml:space="preserve">Forma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wsparcia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: </w:t>
      </w:r>
    </w:p>
    <w:p w:rsidR="0040487D" w:rsidRPr="00A04688" w:rsidRDefault="009E7AC8" w:rsidP="0040487D">
      <w:pPr>
        <w:spacing w:line="360" w:lineRule="auto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0487D" w:rsidRPr="00A04688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4688">
        <w:rPr>
          <w:rFonts w:ascii="Arial" w:hAnsi="Arial" w:cs="Arial"/>
          <w:sz w:val="24"/>
          <w:szCs w:val="24"/>
        </w:rPr>
        <w:fldChar w:fldCharType="end"/>
      </w:r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Zajęcia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„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Równy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start,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równe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szanse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” z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rewalidatorem</w:t>
      </w:r>
      <w:proofErr w:type="spellEnd"/>
    </w:p>
    <w:p w:rsidR="0040487D" w:rsidRPr="00A04688" w:rsidRDefault="009E7AC8" w:rsidP="0040487D">
      <w:pPr>
        <w:spacing w:line="360" w:lineRule="auto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0487D" w:rsidRPr="00A04688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4688">
        <w:rPr>
          <w:rFonts w:ascii="Arial" w:hAnsi="Arial" w:cs="Arial"/>
          <w:sz w:val="24"/>
          <w:szCs w:val="24"/>
        </w:rPr>
        <w:fldChar w:fldCharType="end"/>
      </w:r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Grupowe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poradnictwo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specjalista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dla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uczniów</w:t>
      </w:r>
      <w:proofErr w:type="spellEnd"/>
    </w:p>
    <w:p w:rsidR="0040487D" w:rsidRDefault="009E7AC8" w:rsidP="00BF36AF">
      <w:pPr>
        <w:spacing w:line="360" w:lineRule="auto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40487D" w:rsidRPr="00A04688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4688">
        <w:rPr>
          <w:rFonts w:ascii="Arial" w:hAnsi="Arial" w:cs="Arial"/>
          <w:sz w:val="24"/>
          <w:szCs w:val="24"/>
        </w:rPr>
        <w:fldChar w:fldCharType="end"/>
      </w:r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Warsztaty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grupowe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dla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uczniów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zakresu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uzależnień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behawioralnych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i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> 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przeciwdziałania</w:t>
      </w:r>
      <w:proofErr w:type="spellEnd"/>
      <w:r w:rsidR="0040487D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87D" w:rsidRPr="00A04688">
        <w:rPr>
          <w:rFonts w:ascii="Arial" w:hAnsi="Arial" w:cs="Arial"/>
          <w:sz w:val="24"/>
          <w:szCs w:val="24"/>
        </w:rPr>
        <w:t>przemoc</w:t>
      </w:r>
      <w:r w:rsidR="00D041E9" w:rsidRPr="00A04688">
        <w:rPr>
          <w:rFonts w:ascii="Arial" w:hAnsi="Arial" w:cs="Arial"/>
          <w:sz w:val="24"/>
          <w:szCs w:val="24"/>
        </w:rPr>
        <w:t>y</w:t>
      </w:r>
      <w:proofErr w:type="spellEnd"/>
      <w:r w:rsidR="00D041E9" w:rsidRPr="00A04688">
        <w:rPr>
          <w:rFonts w:ascii="Arial" w:hAnsi="Arial" w:cs="Arial"/>
          <w:sz w:val="24"/>
          <w:szCs w:val="24"/>
        </w:rPr>
        <w:t xml:space="preserve"> </w:t>
      </w:r>
    </w:p>
    <w:p w:rsidR="00013F69" w:rsidRDefault="009E7AC8" w:rsidP="00013F69">
      <w:pPr>
        <w:spacing w:line="360" w:lineRule="auto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013F69" w:rsidRPr="00A04688"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A04688">
        <w:rPr>
          <w:rFonts w:ascii="Arial" w:hAnsi="Arial" w:cs="Arial"/>
          <w:sz w:val="24"/>
          <w:szCs w:val="24"/>
        </w:rPr>
        <w:fldChar w:fldCharType="end"/>
      </w:r>
      <w:r w:rsidR="00013F6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13F69">
        <w:rPr>
          <w:rFonts w:ascii="Arial" w:hAnsi="Arial" w:cs="Arial"/>
          <w:sz w:val="24"/>
          <w:szCs w:val="24"/>
        </w:rPr>
        <w:t xml:space="preserve">Wsparcie </w:t>
      </w:r>
      <w:proofErr w:type="spellStart"/>
      <w:r w:rsidR="00013F69">
        <w:rPr>
          <w:rFonts w:ascii="Arial" w:hAnsi="Arial" w:cs="Arial"/>
          <w:sz w:val="24"/>
          <w:szCs w:val="24"/>
        </w:rPr>
        <w:t>psychologiczne</w:t>
      </w:r>
      <w:proofErr w:type="spellEnd"/>
      <w:r w:rsidR="00013F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3F69">
        <w:rPr>
          <w:rFonts w:ascii="Arial" w:hAnsi="Arial" w:cs="Arial"/>
          <w:sz w:val="24"/>
          <w:szCs w:val="24"/>
        </w:rPr>
        <w:t>dla</w:t>
      </w:r>
      <w:proofErr w:type="spellEnd"/>
      <w:r w:rsidR="00013F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3F69">
        <w:rPr>
          <w:rFonts w:ascii="Arial" w:hAnsi="Arial" w:cs="Arial"/>
          <w:sz w:val="24"/>
          <w:szCs w:val="24"/>
        </w:rPr>
        <w:t>uczniów</w:t>
      </w:r>
      <w:proofErr w:type="spellEnd"/>
      <w:r w:rsidR="00013F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3F69">
        <w:rPr>
          <w:rFonts w:ascii="Arial" w:hAnsi="Arial" w:cs="Arial"/>
          <w:sz w:val="24"/>
          <w:szCs w:val="24"/>
        </w:rPr>
        <w:t>zagrożonych</w:t>
      </w:r>
      <w:proofErr w:type="spellEnd"/>
      <w:r w:rsidR="00013F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3F69">
        <w:rPr>
          <w:rFonts w:ascii="Arial" w:hAnsi="Arial" w:cs="Arial"/>
          <w:sz w:val="24"/>
          <w:szCs w:val="24"/>
        </w:rPr>
        <w:t>niedostosowanie</w:t>
      </w:r>
      <w:proofErr w:type="spellEnd"/>
      <w:r w:rsidR="00013F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3F69">
        <w:rPr>
          <w:rFonts w:ascii="Arial" w:hAnsi="Arial" w:cs="Arial"/>
          <w:sz w:val="24"/>
          <w:szCs w:val="24"/>
        </w:rPr>
        <w:t>społecznym</w:t>
      </w:r>
      <w:proofErr w:type="spellEnd"/>
      <w:r w:rsidR="00013F69">
        <w:rPr>
          <w:rFonts w:ascii="Arial" w:hAnsi="Arial" w:cs="Arial"/>
          <w:sz w:val="24"/>
          <w:szCs w:val="24"/>
        </w:rPr>
        <w:t>.</w:t>
      </w:r>
      <w:proofErr w:type="gramEnd"/>
      <w:r w:rsidR="00013F69">
        <w:rPr>
          <w:rFonts w:ascii="Arial" w:hAnsi="Arial" w:cs="Arial"/>
          <w:sz w:val="24"/>
          <w:szCs w:val="24"/>
        </w:rPr>
        <w:t xml:space="preserve"> </w:t>
      </w:r>
      <w:r w:rsidR="00013F69" w:rsidRPr="00A04688">
        <w:rPr>
          <w:rFonts w:ascii="Arial" w:hAnsi="Arial" w:cs="Arial"/>
          <w:sz w:val="24"/>
          <w:szCs w:val="24"/>
        </w:rPr>
        <w:t xml:space="preserve"> </w:t>
      </w:r>
    </w:p>
    <w:p w:rsidR="00DD04C9" w:rsidRPr="00A04688" w:rsidRDefault="00C52917" w:rsidP="00BF36AF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b/>
          <w:sz w:val="24"/>
          <w:szCs w:val="24"/>
        </w:rPr>
        <w:t>Oceń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każdą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z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poniższych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kwestii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skali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b/>
          <w:sz w:val="24"/>
          <w:szCs w:val="24"/>
        </w:rPr>
        <w:t>od</w:t>
      </w:r>
      <w:proofErr w:type="spellEnd"/>
      <w:r w:rsidRPr="00A04688">
        <w:rPr>
          <w:rFonts w:ascii="Arial" w:hAnsi="Arial" w:cs="Arial"/>
          <w:b/>
          <w:sz w:val="24"/>
          <w:szCs w:val="24"/>
        </w:rPr>
        <w:t xml:space="preserve"> 1 do 5, gdzie</w:t>
      </w:r>
      <w:proofErr w:type="gramStart"/>
      <w:r w:rsidRPr="00A04688">
        <w:rPr>
          <w:rFonts w:ascii="Arial" w:hAnsi="Arial" w:cs="Arial"/>
          <w:b/>
          <w:sz w:val="24"/>
          <w:szCs w:val="24"/>
        </w:rPr>
        <w:t>:</w:t>
      </w:r>
      <w:proofErr w:type="gramEnd"/>
      <w:r w:rsidRPr="00A04688">
        <w:rPr>
          <w:rFonts w:ascii="Arial" w:hAnsi="Arial" w:cs="Arial"/>
          <w:sz w:val="24"/>
          <w:szCs w:val="24"/>
        </w:rPr>
        <w:br/>
        <w:t xml:space="preserve">1 – zdecydowanie nie | 2 – raczej nie | 3 – trudno powiedzieć | 4 – raczej tak | 5 – </w:t>
      </w:r>
      <w:proofErr w:type="spellStart"/>
      <w:r w:rsidRPr="00A04688">
        <w:rPr>
          <w:rFonts w:ascii="Arial" w:hAnsi="Arial" w:cs="Arial"/>
          <w:sz w:val="24"/>
          <w:szCs w:val="24"/>
        </w:rPr>
        <w:t>zdecydowanie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tak</w:t>
      </w:r>
      <w:proofErr w:type="spellEnd"/>
    </w:p>
    <w:p w:rsidR="00B2047B" w:rsidRPr="00A04688" w:rsidRDefault="00E93C5E" w:rsidP="00BE02FF">
      <w:pPr>
        <w:pStyle w:val="Akapitzlist"/>
        <w:numPr>
          <w:ilvl w:val="0"/>
          <w:numId w:val="10"/>
        </w:numPr>
        <w:spacing w:line="360" w:lineRule="auto"/>
        <w:ind w:left="426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t>Czy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zdobyta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przez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ciebie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wiedza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podczas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zajęć</w:t>
      </w:r>
      <w:proofErr w:type="spellEnd"/>
      <w:r w:rsidRPr="00A04688">
        <w:rPr>
          <w:rFonts w:ascii="Arial" w:hAnsi="Arial" w:cs="Arial"/>
          <w:sz w:val="24"/>
          <w:szCs w:val="24"/>
        </w:rPr>
        <w:t>/</w:t>
      </w:r>
      <w:proofErr w:type="spellStart"/>
      <w:r w:rsidRPr="00A04688">
        <w:rPr>
          <w:rFonts w:ascii="Arial" w:hAnsi="Arial" w:cs="Arial"/>
          <w:sz w:val="24"/>
          <w:szCs w:val="24"/>
        </w:rPr>
        <w:t>warsztatów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jest </w:t>
      </w:r>
      <w:proofErr w:type="spellStart"/>
      <w:r w:rsidRPr="00A04688">
        <w:rPr>
          <w:rFonts w:ascii="Arial" w:hAnsi="Arial" w:cs="Arial"/>
          <w:sz w:val="24"/>
          <w:szCs w:val="24"/>
        </w:rPr>
        <w:t>twoim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zdaniem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przydatna</w:t>
      </w:r>
      <w:proofErr w:type="spellEnd"/>
      <w:r w:rsidR="00B2047B" w:rsidRPr="00A04688">
        <w:rPr>
          <w:rFonts w:ascii="Arial" w:hAnsi="Arial" w:cs="Arial"/>
          <w:sz w:val="24"/>
          <w:szCs w:val="24"/>
        </w:rPr>
        <w:t>?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728"/>
        <w:gridCol w:w="1728"/>
        <w:gridCol w:w="1728"/>
        <w:gridCol w:w="1728"/>
        <w:gridCol w:w="1728"/>
      </w:tblGrid>
      <w:tr w:rsidR="00BE02FF" w:rsidRPr="00A04688" w:rsidTr="00BE02FF"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B2047B" w:rsidRPr="00A04688" w:rsidRDefault="00E93C5E" w:rsidP="00E93C5E">
      <w:pPr>
        <w:pStyle w:val="Akapitzlist"/>
        <w:numPr>
          <w:ilvl w:val="0"/>
          <w:numId w:val="10"/>
        </w:numPr>
        <w:spacing w:before="240" w:line="360" w:lineRule="auto"/>
        <w:ind w:left="426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t>Czy</w:t>
      </w:r>
      <w:proofErr w:type="spellEnd"/>
      <w:r w:rsidR="002C72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2D8">
        <w:rPr>
          <w:rFonts w:ascii="Arial" w:hAnsi="Arial" w:cs="Arial"/>
          <w:sz w:val="24"/>
          <w:szCs w:val="24"/>
        </w:rPr>
        <w:t>wykorzystasz</w:t>
      </w:r>
      <w:proofErr w:type="spellEnd"/>
      <w:r w:rsidR="002C72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2D8">
        <w:rPr>
          <w:rFonts w:ascii="Arial" w:hAnsi="Arial" w:cs="Arial"/>
          <w:sz w:val="24"/>
          <w:szCs w:val="24"/>
        </w:rPr>
        <w:t>zdobytą</w:t>
      </w:r>
      <w:proofErr w:type="spellEnd"/>
      <w:r w:rsidR="002C72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2D8">
        <w:rPr>
          <w:rFonts w:ascii="Arial" w:hAnsi="Arial" w:cs="Arial"/>
          <w:sz w:val="24"/>
          <w:szCs w:val="24"/>
        </w:rPr>
        <w:t>wiedzę</w:t>
      </w:r>
      <w:proofErr w:type="spellEnd"/>
      <w:r w:rsidR="002C72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2D8">
        <w:rPr>
          <w:rFonts w:ascii="Arial" w:hAnsi="Arial" w:cs="Arial"/>
          <w:sz w:val="24"/>
          <w:szCs w:val="24"/>
        </w:rPr>
        <w:t>i</w:t>
      </w:r>
      <w:proofErr w:type="spellEnd"/>
      <w:r w:rsidR="002C72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umijętnosci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podczas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72D8">
        <w:rPr>
          <w:rFonts w:ascii="Arial" w:hAnsi="Arial" w:cs="Arial"/>
          <w:sz w:val="24"/>
          <w:szCs w:val="24"/>
        </w:rPr>
        <w:t>zajęć</w:t>
      </w:r>
      <w:proofErr w:type="spellEnd"/>
      <w:r w:rsidR="002C72D8">
        <w:rPr>
          <w:rFonts w:ascii="Arial" w:hAnsi="Arial" w:cs="Arial"/>
          <w:sz w:val="24"/>
          <w:szCs w:val="24"/>
        </w:rPr>
        <w:t>/</w:t>
      </w:r>
      <w:proofErr w:type="spellStart"/>
      <w:r w:rsidRPr="00A04688">
        <w:rPr>
          <w:rFonts w:ascii="Arial" w:hAnsi="Arial" w:cs="Arial"/>
          <w:sz w:val="24"/>
          <w:szCs w:val="24"/>
        </w:rPr>
        <w:t>warsztatów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codziennym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życiu</w:t>
      </w:r>
      <w:proofErr w:type="spellEnd"/>
      <w:r w:rsidR="00B2047B" w:rsidRPr="00A04688">
        <w:rPr>
          <w:rFonts w:ascii="Arial" w:hAnsi="Arial" w:cs="Arial"/>
          <w:sz w:val="24"/>
          <w:szCs w:val="24"/>
        </w:rPr>
        <w:t>?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728"/>
        <w:gridCol w:w="1728"/>
        <w:gridCol w:w="1728"/>
        <w:gridCol w:w="1728"/>
        <w:gridCol w:w="1728"/>
      </w:tblGrid>
      <w:tr w:rsidR="00BE02FF" w:rsidRPr="00A04688" w:rsidTr="00BE02FF"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B2047B" w:rsidRPr="00A04688" w:rsidRDefault="00E93C5E" w:rsidP="00E93C5E">
      <w:pPr>
        <w:pStyle w:val="Akapitzlist"/>
        <w:numPr>
          <w:ilvl w:val="0"/>
          <w:numId w:val="10"/>
        </w:numPr>
        <w:spacing w:before="240" w:line="360" w:lineRule="auto"/>
        <w:ind w:left="426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t>Czy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04688">
        <w:rPr>
          <w:rFonts w:ascii="Arial" w:hAnsi="Arial" w:cs="Arial"/>
          <w:sz w:val="24"/>
          <w:szCs w:val="24"/>
        </w:rPr>
        <w:t>chciał</w:t>
      </w:r>
      <w:proofErr w:type="spellEnd"/>
      <w:r w:rsidRPr="00A04688">
        <w:rPr>
          <w:rFonts w:ascii="Arial" w:hAnsi="Arial" w:cs="Arial"/>
          <w:sz w:val="24"/>
          <w:szCs w:val="24"/>
        </w:rPr>
        <w:t>(</w:t>
      </w:r>
      <w:proofErr w:type="gramEnd"/>
      <w:r w:rsidRPr="00A04688">
        <w:rPr>
          <w:rFonts w:ascii="Arial" w:hAnsi="Arial" w:cs="Arial"/>
          <w:sz w:val="24"/>
          <w:szCs w:val="24"/>
        </w:rPr>
        <w:t>a)</w:t>
      </w:r>
      <w:proofErr w:type="spellStart"/>
      <w:r w:rsidRPr="00A04688">
        <w:rPr>
          <w:rFonts w:ascii="Arial" w:hAnsi="Arial" w:cs="Arial"/>
          <w:sz w:val="24"/>
          <w:szCs w:val="24"/>
        </w:rPr>
        <w:t>byś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uczestniczyć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tego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typu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zajęciach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przyszłości</w:t>
      </w:r>
      <w:proofErr w:type="spellEnd"/>
      <w:r w:rsidR="00B2047B" w:rsidRPr="00A04688">
        <w:rPr>
          <w:rFonts w:ascii="Arial" w:hAnsi="Arial" w:cs="Arial"/>
          <w:sz w:val="24"/>
          <w:szCs w:val="24"/>
        </w:rPr>
        <w:t>?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728"/>
        <w:gridCol w:w="1728"/>
        <w:gridCol w:w="1728"/>
        <w:gridCol w:w="1728"/>
        <w:gridCol w:w="1728"/>
      </w:tblGrid>
      <w:tr w:rsidR="00BE02FF" w:rsidRPr="00A04688" w:rsidTr="00BE02FF"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BE02FF" w:rsidRPr="00A04688" w:rsidRDefault="00BE02FF" w:rsidP="0040487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DD04C9" w:rsidRPr="00A04688" w:rsidRDefault="00E93C5E" w:rsidP="00E93C5E">
      <w:pPr>
        <w:pStyle w:val="Akapitzlist"/>
        <w:numPr>
          <w:ilvl w:val="0"/>
          <w:numId w:val="10"/>
        </w:numPr>
        <w:spacing w:before="240" w:line="360" w:lineRule="auto"/>
        <w:ind w:left="426"/>
        <w:rPr>
          <w:rFonts w:ascii="Arial" w:hAnsi="Arial" w:cs="Arial"/>
          <w:sz w:val="24"/>
          <w:szCs w:val="24"/>
        </w:rPr>
      </w:pPr>
      <w:proofErr w:type="spellStart"/>
      <w:r w:rsidRPr="00A04688">
        <w:rPr>
          <w:rFonts w:ascii="Arial" w:hAnsi="Arial" w:cs="Arial"/>
          <w:sz w:val="24"/>
          <w:szCs w:val="24"/>
        </w:rPr>
        <w:lastRenderedPageBreak/>
        <w:t>Czy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04688">
        <w:rPr>
          <w:rFonts w:ascii="Arial" w:hAnsi="Arial" w:cs="Arial"/>
          <w:sz w:val="24"/>
          <w:szCs w:val="24"/>
        </w:rPr>
        <w:t>chciał</w:t>
      </w:r>
      <w:proofErr w:type="spellEnd"/>
      <w:r w:rsidRPr="00A04688">
        <w:rPr>
          <w:rFonts w:ascii="Arial" w:hAnsi="Arial" w:cs="Arial"/>
          <w:sz w:val="24"/>
          <w:szCs w:val="24"/>
        </w:rPr>
        <w:t>(</w:t>
      </w:r>
      <w:proofErr w:type="gramEnd"/>
      <w:r w:rsidRPr="00A04688">
        <w:rPr>
          <w:rFonts w:ascii="Arial" w:hAnsi="Arial" w:cs="Arial"/>
          <w:sz w:val="24"/>
          <w:szCs w:val="24"/>
        </w:rPr>
        <w:t>a)</w:t>
      </w:r>
      <w:proofErr w:type="spellStart"/>
      <w:r w:rsidRPr="00A04688">
        <w:rPr>
          <w:rFonts w:ascii="Arial" w:hAnsi="Arial" w:cs="Arial"/>
          <w:sz w:val="24"/>
          <w:szCs w:val="24"/>
        </w:rPr>
        <w:t>byś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uczestniczyć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w </w:t>
      </w:r>
      <w:proofErr w:type="spellStart"/>
      <w:r w:rsidRPr="00A04688">
        <w:rPr>
          <w:rFonts w:ascii="Arial" w:hAnsi="Arial" w:cs="Arial"/>
          <w:sz w:val="24"/>
          <w:szCs w:val="24"/>
        </w:rPr>
        <w:t>tego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typu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zajęciach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ponownie</w:t>
      </w:r>
      <w:proofErr w:type="spellEnd"/>
      <w:r w:rsidR="008716B3" w:rsidRPr="00A04688">
        <w:rPr>
          <w:rFonts w:ascii="Arial" w:hAnsi="Arial" w:cs="Arial"/>
          <w:sz w:val="24"/>
          <w:szCs w:val="24"/>
        </w:rPr>
        <w:t>?</w:t>
      </w:r>
    </w:p>
    <w:tbl>
      <w:tblPr>
        <w:tblStyle w:val="Tabela-Siatka"/>
        <w:tblW w:w="0" w:type="auto"/>
        <w:tblLook w:val="04A0"/>
      </w:tblPr>
      <w:tblGrid>
        <w:gridCol w:w="1728"/>
        <w:gridCol w:w="1728"/>
        <w:gridCol w:w="1728"/>
        <w:gridCol w:w="1728"/>
        <w:gridCol w:w="1728"/>
      </w:tblGrid>
      <w:tr w:rsidR="00BF36AF" w:rsidRPr="00A04688">
        <w:tc>
          <w:tcPr>
            <w:tcW w:w="1728" w:type="dxa"/>
          </w:tcPr>
          <w:p w:rsidR="00DD04C9" w:rsidRPr="00A04688" w:rsidRDefault="00C52917" w:rsidP="00BF36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:rsidR="00DD04C9" w:rsidRPr="00A04688" w:rsidRDefault="00C52917" w:rsidP="00BF36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DD04C9" w:rsidRPr="00A04688" w:rsidRDefault="00C52917" w:rsidP="00BF36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DD04C9" w:rsidRPr="00A04688" w:rsidRDefault="00C52917" w:rsidP="00BF36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DD04C9" w:rsidRPr="00A04688" w:rsidRDefault="00C52917" w:rsidP="00BF36A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7378DB" w:rsidRPr="00A04688" w:rsidRDefault="007378DB" w:rsidP="00A04688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A04688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A04688">
        <w:rPr>
          <w:rFonts w:ascii="Arial" w:hAnsi="Arial" w:cs="Arial"/>
          <w:sz w:val="24"/>
          <w:szCs w:val="24"/>
        </w:rPr>
        <w:t>Czy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czujesz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się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przygotowany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/-a do </w:t>
      </w:r>
      <w:proofErr w:type="spellStart"/>
      <w:r w:rsidRPr="00A04688">
        <w:rPr>
          <w:rFonts w:ascii="Arial" w:hAnsi="Arial" w:cs="Arial"/>
          <w:sz w:val="24"/>
          <w:szCs w:val="24"/>
        </w:rPr>
        <w:t>radzenia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sobie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A04688">
        <w:rPr>
          <w:rFonts w:ascii="Arial" w:hAnsi="Arial" w:cs="Arial"/>
          <w:sz w:val="24"/>
          <w:szCs w:val="24"/>
        </w:rPr>
        <w:t>trudnymi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sytuacjami</w:t>
      </w:r>
      <w:proofErr w:type="spellEnd"/>
      <w:r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4688">
        <w:rPr>
          <w:rFonts w:ascii="Arial" w:hAnsi="Arial" w:cs="Arial"/>
          <w:sz w:val="24"/>
          <w:szCs w:val="24"/>
        </w:rPr>
        <w:t>życiowymi</w:t>
      </w:r>
      <w:proofErr w:type="spellEnd"/>
      <w:r w:rsidRPr="00A04688">
        <w:rPr>
          <w:rFonts w:ascii="Arial" w:hAnsi="Arial" w:cs="Arial"/>
          <w:sz w:val="24"/>
          <w:szCs w:val="24"/>
        </w:rPr>
        <w:t>?</w:t>
      </w:r>
    </w:p>
    <w:tbl>
      <w:tblPr>
        <w:tblStyle w:val="Tabela-Siatka"/>
        <w:tblW w:w="0" w:type="auto"/>
        <w:tblLook w:val="04A0"/>
      </w:tblPr>
      <w:tblGrid>
        <w:gridCol w:w="1728"/>
        <w:gridCol w:w="1728"/>
        <w:gridCol w:w="1728"/>
        <w:gridCol w:w="1728"/>
        <w:gridCol w:w="1728"/>
      </w:tblGrid>
      <w:tr w:rsidR="007378DB" w:rsidRPr="00A04688" w:rsidTr="007378DB">
        <w:tc>
          <w:tcPr>
            <w:tcW w:w="1728" w:type="dxa"/>
          </w:tcPr>
          <w:p w:rsidR="007378DB" w:rsidRPr="00A04688" w:rsidRDefault="007378DB" w:rsidP="007378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:rsidR="007378DB" w:rsidRPr="00A04688" w:rsidRDefault="007378DB" w:rsidP="007378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:rsidR="007378DB" w:rsidRPr="00A04688" w:rsidRDefault="007378DB" w:rsidP="007378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:rsidR="007378DB" w:rsidRPr="00A04688" w:rsidRDefault="007378DB" w:rsidP="007378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7378DB" w:rsidRPr="00A04688" w:rsidRDefault="007378DB" w:rsidP="007378D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468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:rsidR="00DD04C9" w:rsidRPr="00A04688" w:rsidRDefault="00A04688" w:rsidP="000F5807">
      <w:pPr>
        <w:spacing w:before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716B3" w:rsidRPr="00A04688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378DB" w:rsidRPr="00A04688">
        <w:rPr>
          <w:rFonts w:ascii="Arial" w:hAnsi="Arial" w:cs="Arial"/>
          <w:sz w:val="24"/>
          <w:szCs w:val="24"/>
        </w:rPr>
        <w:t>Jak</w:t>
      </w:r>
      <w:proofErr w:type="spellEnd"/>
      <w:r w:rsidR="007378DB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7378DB" w:rsidRPr="00A04688">
        <w:rPr>
          <w:rFonts w:ascii="Arial" w:hAnsi="Arial" w:cs="Arial"/>
          <w:sz w:val="24"/>
          <w:szCs w:val="24"/>
        </w:rPr>
        <w:t>czułeś</w:t>
      </w:r>
      <w:proofErr w:type="spellEnd"/>
      <w:r w:rsidR="007378DB" w:rsidRPr="00A04688">
        <w:rPr>
          <w:rFonts w:ascii="Arial" w:hAnsi="Arial" w:cs="Arial"/>
          <w:sz w:val="24"/>
          <w:szCs w:val="24"/>
        </w:rPr>
        <w:t>(</w:t>
      </w:r>
      <w:proofErr w:type="spellStart"/>
      <w:proofErr w:type="gramEnd"/>
      <w:r w:rsidR="007378DB" w:rsidRPr="00A04688">
        <w:rPr>
          <w:rFonts w:ascii="Arial" w:hAnsi="Arial" w:cs="Arial"/>
          <w:sz w:val="24"/>
          <w:szCs w:val="24"/>
        </w:rPr>
        <w:t>aś</w:t>
      </w:r>
      <w:proofErr w:type="spellEnd"/>
      <w:r w:rsidR="007378DB" w:rsidRPr="00A04688">
        <w:rPr>
          <w:rFonts w:ascii="Arial" w:hAnsi="Arial" w:cs="Arial"/>
          <w:sz w:val="24"/>
          <w:szCs w:val="24"/>
        </w:rPr>
        <w:t xml:space="preserve">) </w:t>
      </w:r>
      <w:proofErr w:type="spellStart"/>
      <w:r w:rsidR="007378DB" w:rsidRPr="00A04688">
        <w:rPr>
          <w:rFonts w:ascii="Arial" w:hAnsi="Arial" w:cs="Arial"/>
          <w:sz w:val="24"/>
          <w:szCs w:val="24"/>
        </w:rPr>
        <w:t>się</w:t>
      </w:r>
      <w:proofErr w:type="spellEnd"/>
      <w:r w:rsidR="007378DB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78DB" w:rsidRPr="00A04688">
        <w:rPr>
          <w:rFonts w:ascii="Arial" w:hAnsi="Arial" w:cs="Arial"/>
          <w:sz w:val="24"/>
          <w:szCs w:val="24"/>
        </w:rPr>
        <w:t>podczas</w:t>
      </w:r>
      <w:proofErr w:type="spellEnd"/>
      <w:r w:rsidR="007378DB" w:rsidRPr="00A046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378DB" w:rsidRPr="00A04688">
        <w:rPr>
          <w:rFonts w:ascii="Arial" w:hAnsi="Arial" w:cs="Arial"/>
          <w:sz w:val="24"/>
          <w:szCs w:val="24"/>
        </w:rPr>
        <w:t>zajęć</w:t>
      </w:r>
      <w:proofErr w:type="spellEnd"/>
      <w:r w:rsidR="008716B3" w:rsidRPr="00A04688">
        <w:rPr>
          <w:rFonts w:ascii="Arial" w:hAnsi="Arial" w:cs="Arial"/>
          <w:sz w:val="24"/>
          <w:szCs w:val="24"/>
        </w:rPr>
        <w:t>?</w:t>
      </w:r>
    </w:p>
    <w:p w:rsidR="00D8453D" w:rsidRPr="00A04688" w:rsidRDefault="007378DB" w:rsidP="007378D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Byłem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>(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ał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) 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zaciekawiony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>(a)</w:t>
      </w:r>
    </w:p>
    <w:p w:rsidR="007378DB" w:rsidRPr="00A04688" w:rsidRDefault="007378DB" w:rsidP="007378D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Byłem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(am) 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znudzony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 </w:t>
      </w:r>
    </w:p>
    <w:p w:rsidR="007378DB" w:rsidRPr="00A04688" w:rsidRDefault="007378DB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D8453D" w:rsidRDefault="00D8453D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A04688" w:rsidRDefault="00A04688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A04688" w:rsidRDefault="00A04688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A04688" w:rsidRPr="00A04688" w:rsidRDefault="00A04688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5D2B33" w:rsidRPr="00A04688" w:rsidRDefault="005D2B33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Data 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i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 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miejsce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....................................................... </w:t>
      </w:r>
    </w:p>
    <w:p w:rsidR="005D2B33" w:rsidRPr="00A04688" w:rsidRDefault="005D2B33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5D2B33" w:rsidRPr="00A04688" w:rsidRDefault="005D2B33" w:rsidP="005D2B33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</w:p>
    <w:p w:rsidR="005D2B33" w:rsidRPr="00A04688" w:rsidRDefault="005D2B33" w:rsidP="005429A2">
      <w:pPr>
        <w:autoSpaceDE w:val="0"/>
        <w:autoSpaceDN w:val="0"/>
        <w:adjustRightInd w:val="0"/>
        <w:spacing w:after="0" w:line="360" w:lineRule="auto"/>
        <w:rPr>
          <w:rFonts w:ascii="Arial" w:eastAsia="DejaVuSansCondensed-Bold" w:hAnsi="Arial" w:cs="Arial"/>
          <w:bCs/>
          <w:sz w:val="24"/>
          <w:szCs w:val="24"/>
        </w:rPr>
      </w:pP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Czytelny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 xml:space="preserve"> </w:t>
      </w:r>
      <w:proofErr w:type="spellStart"/>
      <w:r w:rsidRPr="00A04688">
        <w:rPr>
          <w:rFonts w:ascii="Arial" w:eastAsia="DejaVuSansCondensed-Bold" w:hAnsi="Arial" w:cs="Arial"/>
          <w:bCs/>
          <w:sz w:val="24"/>
          <w:szCs w:val="24"/>
        </w:rPr>
        <w:t>podpis</w:t>
      </w:r>
      <w:proofErr w:type="spellEnd"/>
      <w:r w:rsidRPr="00A04688">
        <w:rPr>
          <w:rFonts w:ascii="Arial" w:eastAsia="DejaVuSansCondensed-Bold" w:hAnsi="Arial" w:cs="Arial"/>
          <w:bCs/>
          <w:sz w:val="24"/>
          <w:szCs w:val="24"/>
        </w:rPr>
        <w:t>.....................................................</w:t>
      </w:r>
    </w:p>
    <w:sectPr w:rsidR="005D2B33" w:rsidRPr="00A04688" w:rsidSect="00A04688">
      <w:headerReference w:type="default" r:id="rId8"/>
      <w:footerReference w:type="default" r:id="rId9"/>
      <w:pgSz w:w="12240" w:h="15840"/>
      <w:pgMar w:top="1440" w:right="1183" w:bottom="1440" w:left="1276" w:header="720" w:footer="24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8DB" w:rsidRDefault="007378DB" w:rsidP="00BF36AF">
      <w:pPr>
        <w:spacing w:after="0" w:line="240" w:lineRule="auto"/>
      </w:pPr>
      <w:r>
        <w:separator/>
      </w:r>
    </w:p>
  </w:endnote>
  <w:endnote w:type="continuationSeparator" w:id="0">
    <w:p w:rsidR="007378DB" w:rsidRDefault="007378DB" w:rsidP="00BF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Condensed-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B" w:rsidRPr="00AE4E73" w:rsidRDefault="007378DB" w:rsidP="005D2B33">
    <w:pPr>
      <w:pStyle w:val="Stopka"/>
      <w:ind w:left="-709"/>
      <w:rPr>
        <w:i/>
        <w:iCs/>
        <w:sz w:val="20"/>
        <w:szCs w:val="20"/>
        <w:lang w:val="pl-PL"/>
      </w:rPr>
    </w:pPr>
    <w:r w:rsidRPr="00B4507C">
      <w:rPr>
        <w:rFonts w:ascii="Arial" w:hAnsi="Arial" w:cs="Arial"/>
        <w:i/>
        <w:iCs/>
        <w:sz w:val="20"/>
        <w:szCs w:val="20"/>
        <w:lang w:val="pl-PL"/>
      </w:rPr>
      <w:t xml:space="preserve">Projekt pn. </w:t>
    </w:r>
    <w:proofErr w:type="spellStart"/>
    <w:r w:rsidRPr="00B4507C">
      <w:rPr>
        <w:rFonts w:ascii="Arial" w:hAnsi="Arial" w:cs="Arial"/>
        <w:i/>
        <w:iCs/>
        <w:sz w:val="20"/>
        <w:szCs w:val="20"/>
        <w:lang w:val="pl-PL"/>
      </w:rPr>
      <w:t>„ON</w:t>
    </w:r>
    <w:proofErr w:type="spellEnd"/>
    <w:r w:rsidRPr="00B4507C">
      <w:rPr>
        <w:rFonts w:ascii="Arial" w:hAnsi="Arial" w:cs="Arial"/>
        <w:i/>
        <w:iCs/>
        <w:sz w:val="20"/>
        <w:szCs w:val="20"/>
        <w:lang w:val="pl-PL"/>
      </w:rPr>
      <w:t>i włączeni” realizowany w ramach Funduszy Europejskich dla Opolskiego 2021-2027, Oś priorytetowa 5 - Fundusze Europejskie wspierające opolski rynek pracy i edukację, działanie 05.10 Edukacja włączająca</w:t>
    </w:r>
    <w:r w:rsidRPr="00AE4E73">
      <w:rPr>
        <w:i/>
        <w:iCs/>
        <w:sz w:val="20"/>
        <w:szCs w:val="20"/>
        <w:lang w:val="pl-PL"/>
      </w:rPr>
      <w:t>.</w:t>
    </w:r>
  </w:p>
  <w:p w:rsidR="007378DB" w:rsidRPr="00AE4E73" w:rsidRDefault="007378DB" w:rsidP="005D2B33">
    <w:pPr>
      <w:pStyle w:val="Stopka"/>
      <w:ind w:left="-709"/>
      <w:rPr>
        <w:lang w:val="pl-PL"/>
      </w:rPr>
    </w:pPr>
  </w:p>
  <w:p w:rsidR="007378DB" w:rsidRDefault="007378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8DB" w:rsidRDefault="007378DB" w:rsidP="00BF36AF">
      <w:pPr>
        <w:spacing w:after="0" w:line="240" w:lineRule="auto"/>
      </w:pPr>
      <w:r>
        <w:separator/>
      </w:r>
    </w:p>
  </w:footnote>
  <w:footnote w:type="continuationSeparator" w:id="0">
    <w:p w:rsidR="007378DB" w:rsidRDefault="007378DB" w:rsidP="00BF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DB" w:rsidRDefault="007378DB">
    <w:pPr>
      <w:pStyle w:val="Nagwek"/>
    </w:pPr>
    <w:r>
      <w:rPr>
        <w:noProof/>
        <w:lang w:val="pl-PL" w:eastAsia="pl-PL"/>
      </w:rPr>
      <w:drawing>
        <wp:inline distT="0" distB="0" distL="0" distR="0">
          <wp:extent cx="5372100" cy="704081"/>
          <wp:effectExtent l="0" t="0" r="0" b="1270"/>
          <wp:docPr id="193408257" name="Obraz 1934082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03062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6233" cy="70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8A225A8"/>
    <w:multiLevelType w:val="hybridMultilevel"/>
    <w:tmpl w:val="5EC084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BA6EA1"/>
    <w:multiLevelType w:val="hybridMultilevel"/>
    <w:tmpl w:val="C2DCED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B6E33"/>
    <w:multiLevelType w:val="hybridMultilevel"/>
    <w:tmpl w:val="8746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3F69"/>
    <w:rsid w:val="00034616"/>
    <w:rsid w:val="0006063C"/>
    <w:rsid w:val="000C27D2"/>
    <w:rsid w:val="000C3F7C"/>
    <w:rsid w:val="000F5807"/>
    <w:rsid w:val="0012519C"/>
    <w:rsid w:val="0015074B"/>
    <w:rsid w:val="001F750F"/>
    <w:rsid w:val="00267BEC"/>
    <w:rsid w:val="00271AB4"/>
    <w:rsid w:val="002925E7"/>
    <w:rsid w:val="0029639D"/>
    <w:rsid w:val="002B1695"/>
    <w:rsid w:val="002B7403"/>
    <w:rsid w:val="002C72D8"/>
    <w:rsid w:val="00326F90"/>
    <w:rsid w:val="003678FB"/>
    <w:rsid w:val="003D7051"/>
    <w:rsid w:val="004024DB"/>
    <w:rsid w:val="0040487D"/>
    <w:rsid w:val="00431CB9"/>
    <w:rsid w:val="0049623C"/>
    <w:rsid w:val="00523D5D"/>
    <w:rsid w:val="005429A2"/>
    <w:rsid w:val="005958E2"/>
    <w:rsid w:val="005D2B33"/>
    <w:rsid w:val="006014C2"/>
    <w:rsid w:val="00604513"/>
    <w:rsid w:val="00606CD5"/>
    <w:rsid w:val="00723092"/>
    <w:rsid w:val="007378DB"/>
    <w:rsid w:val="007C0561"/>
    <w:rsid w:val="007E2CB9"/>
    <w:rsid w:val="008004FF"/>
    <w:rsid w:val="008051FD"/>
    <w:rsid w:val="008716B3"/>
    <w:rsid w:val="00970712"/>
    <w:rsid w:val="009E7AC8"/>
    <w:rsid w:val="00A04688"/>
    <w:rsid w:val="00AA1D8D"/>
    <w:rsid w:val="00AE6DFD"/>
    <w:rsid w:val="00AF1DE5"/>
    <w:rsid w:val="00B0081C"/>
    <w:rsid w:val="00B2047B"/>
    <w:rsid w:val="00B4507C"/>
    <w:rsid w:val="00B47730"/>
    <w:rsid w:val="00B5732A"/>
    <w:rsid w:val="00B63E48"/>
    <w:rsid w:val="00BE02FF"/>
    <w:rsid w:val="00BF36AF"/>
    <w:rsid w:val="00C027A7"/>
    <w:rsid w:val="00C52917"/>
    <w:rsid w:val="00CB0664"/>
    <w:rsid w:val="00D041E9"/>
    <w:rsid w:val="00D8453D"/>
    <w:rsid w:val="00DD04C9"/>
    <w:rsid w:val="00E1486F"/>
    <w:rsid w:val="00E22E58"/>
    <w:rsid w:val="00E90A31"/>
    <w:rsid w:val="00E93C5E"/>
    <w:rsid w:val="00EA4896"/>
    <w:rsid w:val="00EE7FC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16B3"/>
    <w:pPr>
      <w:spacing w:line="360" w:lineRule="auto"/>
      <w:outlineLvl w:val="1"/>
    </w:pPr>
    <w:rPr>
      <w:rFonts w:ascii="Arial" w:eastAsiaTheme="majorEastAsia" w:hAnsi="Arial" w:cs="Arial"/>
      <w:b/>
      <w:bCs/>
      <w:sz w:val="24"/>
      <w:szCs w:val="24"/>
      <w:u w:val="single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716B3"/>
    <w:pPr>
      <w:spacing w:line="360" w:lineRule="auto"/>
      <w:outlineLvl w:val="2"/>
    </w:pPr>
    <w:rPr>
      <w:rFonts w:ascii="Arial" w:hAnsi="Arial" w:cs="Arial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716B3"/>
    <w:rPr>
      <w:rFonts w:ascii="Arial" w:eastAsiaTheme="majorEastAsia" w:hAnsi="Arial" w:cs="Arial"/>
      <w:b/>
      <w:bCs/>
      <w:sz w:val="24"/>
      <w:szCs w:val="24"/>
      <w:u w:val="single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16B3"/>
    <w:rPr>
      <w:rFonts w:ascii="Arial" w:hAnsi="Arial" w:cs="Arial"/>
      <w:b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locked/>
    <w:rsid w:val="005D2B33"/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5D2B33"/>
    <w:pPr>
      <w:spacing w:after="0" w:line="240" w:lineRule="auto"/>
    </w:pPr>
  </w:style>
  <w:style w:type="character" w:customStyle="1" w:styleId="TekstprzypisudolnegoZnak1">
    <w:name w:val="Tekst przypisu dolnego Znak1"/>
    <w:basedOn w:val="Domylnaczcionkaakapitu"/>
    <w:uiPriority w:val="99"/>
    <w:semiHidden/>
    <w:rsid w:val="005D2B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D2B3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BEC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267BEC"/>
    <w:rPr>
      <w:color w:val="808080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871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8716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4DDC8D-5BFB-4D5E-92BE-EAADB76C3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224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potempam</cp:lastModifiedBy>
  <cp:revision>23</cp:revision>
  <cp:lastPrinted>2026-09-23T13:44:00Z</cp:lastPrinted>
  <dcterms:created xsi:type="dcterms:W3CDTF">2025-10-15T09:31:00Z</dcterms:created>
  <dcterms:modified xsi:type="dcterms:W3CDTF">2026-09-23T13:45:00Z</dcterms:modified>
  <cp:category/>
</cp:coreProperties>
</file>